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val="0"/>
          <w:i/>
          <w:color w:val="4B5563"/>
          <w:sz w:val="17"/>
        </w:rPr>
        <w:t>Before you send this: replace the [square brackets] with your details, then delete this line.</w:t>
      </w:r>
    </w:p>
    <w:p>
      <w:r>
        <w:rPr>
          <w:b/>
          <w:i w:val="0"/>
          <w:sz w:val="44"/>
        </w:rPr>
        <w:t>Creative brief</w:t>
      </w:r>
    </w:p>
    <w:p>
      <w:pPr>
        <w:spacing w:after="160"/>
      </w:pPr>
      <w:r>
        <w:rPr>
          <w:b w:val="0"/>
          <w:i w:val="0"/>
          <w:color w:val="4B5563"/>
          <w:sz w:val="24"/>
        </w:rPr>
        <w:t>A few questions before we start</w:t>
      </w:r>
    </w:p>
    <w:tbl>
      <w:tblPr>
        <w:tblW w:w="9638" w:type="dxa"/>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Layout w:type="fixed"/>
        <w:tblLook w:firstColumn="1" w:firstRow="1" w:lastColumn="0" w:lastRow="0" w:noHBand="0" w:noVBand="1" w:val="04A0"/>
      </w:tblPr>
      <w:tblGrid>
        <w:gridCol w:w="3515"/>
        <w:gridCol w:w="6123"/>
      </w:tblGrid>
      <w:tr>
        <w:trPr>
          <w:cantSplit/>
        </w:trPr>
        <w:tc>
          <w:tcPr>
            <w:tcW w:type="dxa" w:w="3515"/>
          </w:tcPr>
          <w:p>
            <w:r/>
            <w:r>
              <w:rPr>
                <w:b/>
                <w:i w:val="0"/>
              </w:rPr>
              <w:t>Prepared by</w:t>
            </w:r>
          </w:p>
        </w:tc>
        <w:tc>
          <w:tcPr>
            <w:tcW w:type="dxa" w:w="6123"/>
          </w:tcPr>
          <w:p>
            <w:r/>
            <w:r>
              <w:rPr>
                <w:b w:val="0"/>
                <w:i w:val="0"/>
              </w:rPr>
              <w:t>[Your business name] · [your email]</w:t>
            </w:r>
          </w:p>
        </w:tc>
      </w:tr>
      <w:tr>
        <w:trPr>
          <w:cantSplit/>
        </w:trPr>
        <w:tc>
          <w:tcPr>
            <w:tcW w:type="dxa" w:w="3515"/>
          </w:tcPr>
          <w:p>
            <w:r/>
            <w:r>
              <w:rPr>
                <w:b/>
                <w:i w:val="0"/>
              </w:rPr>
              <w:t>For</w:t>
            </w:r>
          </w:p>
        </w:tc>
        <w:tc>
          <w:tcPr>
            <w:tcW w:type="dxa" w:w="6123"/>
          </w:tcPr>
          <w:p>
            <w:r/>
            <w:r>
              <w:rPr>
                <w:b w:val="0"/>
                <w:i w:val="0"/>
              </w:rPr>
              <w:t>[Client's business name]</w:t>
            </w:r>
          </w:p>
        </w:tc>
      </w:tr>
      <w:tr>
        <w:trPr>
          <w:cantSplit/>
        </w:trPr>
        <w:tc>
          <w:tcPr>
            <w:tcW w:type="dxa" w:w="3515"/>
          </w:tcPr>
          <w:p>
            <w:r/>
            <w:r>
              <w:rPr>
                <w:b/>
                <w:i w:val="0"/>
              </w:rPr>
              <w:t>Please send back by</w:t>
            </w:r>
          </w:p>
        </w:tc>
        <w:tc>
          <w:tcPr>
            <w:tcW w:type="dxa" w:w="6123"/>
          </w:tcPr>
          <w:p>
            <w:r/>
            <w:r>
              <w:rPr>
                <w:b w:val="0"/>
                <w:i w:val="0"/>
              </w:rPr>
              <w:t>[Date]</w:t>
            </w:r>
          </w:p>
        </w:tc>
      </w:tr>
    </w:tbl>
    <w:p>
      <w:pPr>
        <w:spacing w:before="0" w:after="0" w:line="160" w:lineRule="exact"/>
      </w:pPr>
    </w:p>
    <w:p>
      <w:pPr>
        <w:spacing w:after="160"/>
      </w:pPr>
      <w:r>
        <w:rPr>
          <w:b w:val="0"/>
          <w:i w:val="0"/>
        </w:rPr>
        <w:t>These questions help us give you an accurate quote and avoid surprises later. Answer in your own words — dot points are fine. If a question doesn't apply, write “n/a”. If you're not sure, write “not sure” and we'll talk it through.</w:t>
      </w:r>
    </w:p>
    <w:tbl>
      <w:tblPr>
        <w:tblW w:w="9638" w:type="dxa"/>
        <w:tblBorders>
          <w:top w:val="nil"/>
          <w:left w:val="nil"/>
          <w:bottom w:val="nil"/>
          <w:right w:val="nil"/>
          <w:insideH w:val="nil"/>
          <w:insideV w:val="nil"/>
        </w:tblBorders>
        <w:tblLayout w:type="fixed"/>
        <w:tblLook w:firstColumn="1" w:firstRow="1" w:lastColumn="0" w:lastRow="0" w:noHBand="0" w:noVBand="1" w:val="04A0"/>
      </w:tblPr>
      <w:tblGrid>
        <w:gridCol w:w="9638"/>
      </w:tblGrid>
      <w:tr>
        <w:trPr>
          <w:cantSplit/>
        </w:trPr>
        <w:tc>
          <w:tcPr>
            <w:tcW w:type="dxa" w:w="9638"/>
            <w:shd w:val="clear" w:color="auto" w:fill="1F2937"/>
          </w:tcPr>
          <w:p>
            <w:pPr>
              <w:keepNext/>
              <w:spacing w:before="40" w:after="40"/>
            </w:pPr>
            <w:r>
              <w:rPr>
                <w:b/>
                <w:i w:val="0"/>
                <w:color w:val="FFFFFF"/>
                <w:sz w:val="21"/>
              </w:rPr>
              <w:t>Part 1 — About you</w:t>
            </w:r>
          </w:p>
        </w:tc>
      </w:tr>
    </w:tbl>
    <w:tbl>
      <w:tblPr>
        <w:tblW w:w="9638" w:type="dxa"/>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Layout w:type="fixed"/>
        <w:tblLook w:firstColumn="1" w:firstRow="1" w:lastColumn="0" w:lastRow="0" w:noHBand="0" w:noVBand="1" w:val="04A0"/>
      </w:tblPr>
      <w:tblGrid>
        <w:gridCol w:w="3515"/>
        <w:gridCol w:w="6123"/>
      </w:tblGrid>
      <w:tr>
        <w:trPr>
          <w:trHeight w:val="1247" w:hRule="atLeast"/>
          <w:cantSplit/>
        </w:trPr>
        <w:tc>
          <w:tcPr>
            <w:tcW w:type="dxa" w:w="3515"/>
          </w:tcPr>
          <w:p>
            <w:pPr>
              <w:spacing w:after="60"/>
            </w:pPr>
            <w:r/>
            <w:r>
              <w:rPr>
                <w:b/>
                <w:i w:val="0"/>
              </w:rPr>
              <w:t xml:space="preserve">1. </w:t>
            </w:r>
            <w:r>
              <w:rPr>
                <w:b/>
                <w:i w:val="0"/>
              </w:rPr>
              <w:t>Your business name, and who should we contact day to day?</w:t>
            </w:r>
          </w:p>
          <w:p>
            <w:pPr>
              <w:spacing w:after="40"/>
            </w:pPr>
            <w:r>
              <w:rPr>
                <w:b/>
                <w:i w:val="0"/>
                <w:color w:val="4B5563"/>
                <w:sz w:val="17"/>
              </w:rPr>
              <w:t xml:space="preserve">Tip: </w:t>
            </w:r>
            <w:r>
              <w:rPr>
                <w:b w:val="0"/>
                <w:i w:val="0"/>
                <w:color w:val="4B5563"/>
                <w:sz w:val="17"/>
              </w:rPr>
              <w:t>Name, email and phone of the person we'll send drafts and questions to.</w:t>
            </w:r>
          </w:p>
        </w:tc>
        <w:tc>
          <w:tcPr>
            <w:tcW w:type="dxa" w:w="6123"/>
          </w:tcPr>
          <w:p>
            <w:pPr>
              <w:spacing w:after="200"/>
            </w:pPr>
            <w:r/>
            <w:r>
              <w:rPr>
                <w:b/>
                <w:i w:val="0"/>
                <w:color w:val="4B5563"/>
                <w:sz w:val="18"/>
              </w:rPr>
              <w:t>Business:</w:t>
            </w:r>
          </w:p>
          <w:p>
            <w:pPr>
              <w:spacing w:after="200"/>
            </w:pPr>
            <w:r>
              <w:rPr>
                <w:b/>
                <w:i w:val="0"/>
                <w:color w:val="4B5563"/>
                <w:sz w:val="18"/>
              </w:rPr>
              <w:t>Contact person:</w:t>
            </w:r>
          </w:p>
          <w:p>
            <w:pPr>
              <w:spacing w:after="200"/>
            </w:pPr>
            <w:r>
              <w:rPr>
                <w:b/>
                <w:i w:val="0"/>
                <w:color w:val="4B5563"/>
                <w:sz w:val="18"/>
              </w:rPr>
              <w:t>Email / phone:</w:t>
            </w:r>
          </w:p>
        </w:tc>
      </w:tr>
      <w:tr>
        <w:trPr>
          <w:trHeight w:val="1417" w:hRule="atLeast"/>
          <w:cantSplit/>
        </w:trPr>
        <w:tc>
          <w:tcPr>
            <w:tcW w:type="dxa" w:w="3515"/>
          </w:tcPr>
          <w:p>
            <w:pPr>
              <w:spacing w:after="60"/>
            </w:pPr>
            <w:r/>
            <w:r>
              <w:rPr>
                <w:b/>
                <w:i w:val="0"/>
              </w:rPr>
              <w:t xml:space="preserve">2. </w:t>
            </w:r>
            <w:r>
              <w:rPr>
                <w:b/>
                <w:i w:val="0"/>
              </w:rPr>
              <w:t>Who gives the final OK?</w:t>
            </w:r>
          </w:p>
          <w:p>
            <w:pPr>
              <w:spacing w:after="40"/>
            </w:pPr>
            <w:r>
              <w:rPr>
                <w:b/>
                <w:i w:val="0"/>
                <w:color w:val="4B5563"/>
                <w:sz w:val="17"/>
              </w:rPr>
              <w:t xml:space="preserve">Tip: </w:t>
            </w:r>
            <w:r>
              <w:rPr>
                <w:b w:val="0"/>
                <w:i w:val="0"/>
                <w:color w:val="4B5563"/>
                <w:sz w:val="17"/>
              </w:rPr>
              <w:t>Name one person who can say “Yes, this is finished.” If others need to see drafts, list them too, so we can allow time for their feedback.</w:t>
            </w:r>
          </w:p>
        </w:tc>
        <w:tc>
          <w:tcPr>
            <w:tcW w:type="dxa" w:w="6123"/>
          </w:tcPr>
          <w:p>
            <w:pPr>
              <w:spacing w:after="200"/>
            </w:pPr>
            <w:r/>
            <w:r>
              <w:rPr>
                <w:b/>
                <w:i w:val="0"/>
                <w:color w:val="4B5563"/>
                <w:sz w:val="18"/>
              </w:rPr>
              <w:t>Final OK:</w:t>
            </w:r>
          </w:p>
          <w:p>
            <w:pPr>
              <w:spacing w:after="200"/>
            </w:pPr>
            <w:r>
              <w:rPr>
                <w:b/>
                <w:i w:val="0"/>
                <w:color w:val="4B5563"/>
                <w:sz w:val="18"/>
              </w:rPr>
              <w:t>Also sees drafts:</w:t>
            </w:r>
          </w:p>
        </w:tc>
      </w:tr>
    </w:tbl>
    <w:p>
      <w:pPr>
        <w:spacing w:before="0" w:after="0" w:line="200" w:lineRule="exact"/>
      </w:pPr>
    </w:p>
    <w:tbl>
      <w:tblPr>
        <w:tblW w:w="9638" w:type="dxa"/>
        <w:tblBorders>
          <w:top w:val="nil"/>
          <w:left w:val="nil"/>
          <w:bottom w:val="nil"/>
          <w:right w:val="nil"/>
          <w:insideH w:val="nil"/>
          <w:insideV w:val="nil"/>
        </w:tblBorders>
        <w:tblLayout w:type="fixed"/>
        <w:tblLook w:firstColumn="1" w:firstRow="1" w:lastColumn="0" w:lastRow="0" w:noHBand="0" w:noVBand="1" w:val="04A0"/>
      </w:tblPr>
      <w:tblGrid>
        <w:gridCol w:w="9638"/>
      </w:tblGrid>
      <w:tr>
        <w:trPr>
          <w:cantSplit/>
        </w:trPr>
        <w:tc>
          <w:tcPr>
            <w:tcW w:type="dxa" w:w="9638"/>
            <w:shd w:val="clear" w:color="auto" w:fill="1F2937"/>
          </w:tcPr>
          <w:p>
            <w:pPr>
              <w:keepNext/>
              <w:spacing w:before="40" w:after="40"/>
            </w:pPr>
            <w:r>
              <w:rPr>
                <w:b/>
                <w:i w:val="0"/>
                <w:color w:val="FFFFFF"/>
                <w:sz w:val="21"/>
              </w:rPr>
              <w:t>Part 2 — The job</w:t>
            </w:r>
          </w:p>
        </w:tc>
      </w:tr>
    </w:tbl>
    <w:tbl>
      <w:tblPr>
        <w:tblW w:w="9638" w:type="dxa"/>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Layout w:type="fixed"/>
        <w:tblLook w:firstColumn="1" w:firstRow="1" w:lastColumn="0" w:lastRow="0" w:noHBand="0" w:noVBand="1" w:val="04A0"/>
      </w:tblPr>
      <w:tblGrid>
        <w:gridCol w:w="3515"/>
        <w:gridCol w:w="6123"/>
      </w:tblGrid>
      <w:tr>
        <w:trPr>
          <w:trHeight w:val="1474" w:hRule="atLeast"/>
          <w:cantSplit/>
        </w:trPr>
        <w:tc>
          <w:tcPr>
            <w:tcW w:type="dxa" w:w="3515"/>
          </w:tcPr>
          <w:p>
            <w:pPr>
              <w:spacing w:after="60"/>
            </w:pPr>
            <w:r/>
            <w:r>
              <w:rPr>
                <w:b/>
                <w:i w:val="0"/>
              </w:rPr>
              <w:t xml:space="preserve">3. </w:t>
            </w:r>
            <w:r>
              <w:rPr>
                <w:b/>
                <w:i w:val="0"/>
              </w:rPr>
              <w:t>What do you need us to make?</w:t>
            </w:r>
          </w:p>
          <w:p>
            <w:pPr>
              <w:spacing w:after="40"/>
            </w:pPr>
            <w:r>
              <w:rPr>
                <w:b/>
                <w:i w:val="0"/>
                <w:color w:val="4B5563"/>
                <w:sz w:val="17"/>
              </w:rPr>
              <w:t xml:space="preserve">Tip: </w:t>
            </w:r>
            <w:r>
              <w:rPr>
                <w:b w:val="0"/>
                <w:i w:val="0"/>
                <w:color w:val="4B5563"/>
                <w:sz w:val="17"/>
              </w:rPr>
              <w:t>List each item, e.g. “logo, business cards, 6 Instagram posts”. A rough list is fine — we'll confirm it in the quote.</w:t>
            </w:r>
          </w:p>
        </w:tc>
        <w:tc>
          <w:tcPr>
            <w:tcW w:type="dxa" w:w="6123"/>
          </w:tcPr>
          <w:p>
            <w:pPr>
              <w:spacing w:after="40"/>
            </w:pPr>
            <w:r/>
            <w:r>
              <w:rPr>
                <w:b w:val="0"/>
                <w:i w:val="0"/>
              </w:rPr>
            </w:r>
          </w:p>
        </w:tc>
      </w:tr>
      <w:tr>
        <w:trPr>
          <w:trHeight w:val="1474" w:hRule="atLeast"/>
          <w:cantSplit/>
        </w:trPr>
        <w:tc>
          <w:tcPr>
            <w:tcW w:type="dxa" w:w="3515"/>
          </w:tcPr>
          <w:p>
            <w:pPr>
              <w:spacing w:after="60"/>
            </w:pPr>
            <w:r/>
            <w:r>
              <w:rPr>
                <w:b/>
                <w:i w:val="0"/>
              </w:rPr>
              <w:t xml:space="preserve">4. </w:t>
            </w:r>
            <w:r>
              <w:rPr>
                <w:b/>
                <w:i w:val="0"/>
              </w:rPr>
              <w:t>Who is it for?</w:t>
            </w:r>
          </w:p>
          <w:p>
            <w:pPr>
              <w:spacing w:after="40"/>
            </w:pPr>
            <w:r>
              <w:rPr>
                <w:b/>
                <w:i w:val="0"/>
                <w:color w:val="4B5563"/>
                <w:sz w:val="17"/>
              </w:rPr>
              <w:t xml:space="preserve">Tip: </w:t>
            </w:r>
            <w:r>
              <w:rPr>
                <w:b w:val="0"/>
                <w:i w:val="0"/>
                <w:color w:val="4B5563"/>
                <w:sz w:val="17"/>
              </w:rPr>
              <w:t>Describe your customers the way you'd describe them to a friend: who they are, where they are, and why they come to you.</w:t>
            </w:r>
          </w:p>
        </w:tc>
        <w:tc>
          <w:tcPr>
            <w:tcW w:type="dxa" w:w="6123"/>
          </w:tcPr>
          <w:p>
            <w:pPr>
              <w:spacing w:after="40"/>
            </w:pPr>
            <w:r/>
            <w:r>
              <w:rPr>
                <w:b w:val="0"/>
                <w:i w:val="0"/>
              </w:rPr>
            </w:r>
          </w:p>
        </w:tc>
      </w:tr>
      <w:tr>
        <w:trPr>
          <w:trHeight w:val="1701" w:hRule="atLeast"/>
          <w:cantSplit/>
        </w:trPr>
        <w:tc>
          <w:tcPr>
            <w:tcW w:type="dxa" w:w="3515"/>
          </w:tcPr>
          <w:p>
            <w:pPr>
              <w:spacing w:after="60"/>
            </w:pPr>
            <w:r/>
            <w:r>
              <w:rPr>
                <w:b/>
                <w:i w:val="0"/>
              </w:rPr>
              <w:t xml:space="preserve">5. </w:t>
            </w:r>
            <w:r>
              <w:rPr>
                <w:b/>
                <w:i w:val="0"/>
              </w:rPr>
              <w:t>What should people do after they see it?</w:t>
            </w:r>
          </w:p>
          <w:p>
            <w:pPr>
              <w:spacing w:after="40"/>
            </w:pPr>
            <w:r>
              <w:rPr>
                <w:b/>
                <w:i w:val="0"/>
                <w:color w:val="4B5563"/>
                <w:sz w:val="17"/>
              </w:rPr>
              <w:t xml:space="preserve">Tip: </w:t>
            </w:r>
            <w:r>
              <w:rPr>
                <w:b w:val="0"/>
                <w:i w:val="0"/>
                <w:color w:val="4B5563"/>
                <w:sz w:val="17"/>
              </w:rPr>
              <w:t>Pick the one thing that matters most, e.g. visit, call, book online, buy, sign up. We'll use this to judge whether the design is working.</w:t>
            </w:r>
          </w:p>
        </w:tc>
        <w:tc>
          <w:tcPr>
            <w:tcW w:type="dxa" w:w="6123"/>
          </w:tcPr>
          <w:p>
            <w:pPr>
              <w:spacing w:after="40"/>
            </w:pPr>
            <w:r/>
            <w:r>
              <w:rPr>
                <w:b w:val="0"/>
                <w:i w:val="0"/>
              </w:rPr>
            </w:r>
          </w:p>
        </w:tc>
      </w:tr>
    </w:tbl>
    <w:p>
      <w:pPr>
        <w:spacing w:before="0" w:after="0" w:line="200" w:lineRule="exact"/>
      </w:pPr>
    </w:p>
    <w:tbl>
      <w:tblPr>
        <w:tblW w:w="9638" w:type="dxa"/>
        <w:tblBorders>
          <w:top w:val="nil"/>
          <w:left w:val="nil"/>
          <w:bottom w:val="nil"/>
          <w:right w:val="nil"/>
          <w:insideH w:val="nil"/>
          <w:insideV w:val="nil"/>
        </w:tblBorders>
        <w:tblLayout w:type="fixed"/>
        <w:tblLook w:firstColumn="1" w:firstRow="1" w:lastColumn="0" w:lastRow="0" w:noHBand="0" w:noVBand="1" w:val="04A0"/>
      </w:tblPr>
      <w:tblGrid>
        <w:gridCol w:w="9638"/>
      </w:tblGrid>
      <w:tr>
        <w:trPr>
          <w:cantSplit/>
        </w:trPr>
        <w:tc>
          <w:tcPr>
            <w:tcW w:type="dxa" w:w="9638"/>
            <w:shd w:val="clear" w:color="auto" w:fill="1F2937"/>
          </w:tcPr>
          <w:p>
            <w:pPr>
              <w:keepNext/>
              <w:spacing w:before="40" w:after="40"/>
            </w:pPr>
            <w:r>
              <w:rPr>
                <w:b/>
                <w:i w:val="0"/>
                <w:color w:val="FFFFFF"/>
                <w:sz w:val="21"/>
              </w:rPr>
              <w:t>Part 3 — Look and feel</w:t>
            </w:r>
          </w:p>
        </w:tc>
      </w:tr>
    </w:tbl>
    <w:tbl>
      <w:tblPr>
        <w:tblW w:w="9638" w:type="dxa"/>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Layout w:type="fixed"/>
        <w:tblLook w:firstColumn="1" w:firstRow="1" w:lastColumn="0" w:lastRow="0" w:noHBand="0" w:noVBand="1" w:val="04A0"/>
      </w:tblPr>
      <w:tblGrid>
        <w:gridCol w:w="3515"/>
        <w:gridCol w:w="6123"/>
      </w:tblGrid>
      <w:tr>
        <w:trPr>
          <w:trHeight w:val="1474" w:hRule="atLeast"/>
          <w:cantSplit/>
        </w:trPr>
        <w:tc>
          <w:tcPr>
            <w:tcW w:type="dxa" w:w="3515"/>
          </w:tcPr>
          <w:p>
            <w:pPr>
              <w:spacing w:after="60"/>
            </w:pPr>
            <w:r/>
            <w:r>
              <w:rPr>
                <w:b/>
                <w:i w:val="0"/>
              </w:rPr>
              <w:t xml:space="preserve">6. </w:t>
            </w:r>
            <w:r>
              <w:rPr>
                <w:b/>
                <w:i w:val="0"/>
              </w:rPr>
              <w:t>What do you already have?</w:t>
            </w:r>
          </w:p>
          <w:p>
            <w:pPr>
              <w:spacing w:after="40"/>
            </w:pPr>
            <w:r>
              <w:rPr>
                <w:b/>
                <w:i w:val="0"/>
                <w:color w:val="4B5563"/>
                <w:sz w:val="17"/>
              </w:rPr>
              <w:t xml:space="preserve">Tip: </w:t>
            </w:r>
            <w:r>
              <w:rPr>
                <w:b w:val="0"/>
                <w:i w:val="0"/>
                <w:color w:val="4B5563"/>
                <w:sz w:val="17"/>
              </w:rPr>
              <w:t>Logo files, brand colours, fonts, photos, website, wording. Say whether to keep it, update it or start fresh, and attach or link what you can.</w:t>
            </w:r>
          </w:p>
        </w:tc>
        <w:tc>
          <w:tcPr>
            <w:tcW w:type="dxa" w:w="6123"/>
          </w:tcPr>
          <w:p>
            <w:pPr>
              <w:spacing w:after="40"/>
            </w:pPr>
            <w:r/>
            <w:r>
              <w:rPr>
                <w:b w:val="0"/>
                <w:i w:val="0"/>
              </w:rPr>
            </w:r>
          </w:p>
        </w:tc>
      </w:tr>
      <w:tr>
        <w:trPr>
          <w:trHeight w:val="1701" w:hRule="atLeast"/>
          <w:cantSplit/>
        </w:trPr>
        <w:tc>
          <w:tcPr>
            <w:tcW w:type="dxa" w:w="3515"/>
          </w:tcPr>
          <w:p>
            <w:pPr>
              <w:spacing w:after="60"/>
            </w:pPr>
            <w:r/>
            <w:r>
              <w:rPr>
                <w:b/>
                <w:i w:val="0"/>
              </w:rPr>
              <w:t xml:space="preserve">7. </w:t>
            </w:r>
            <w:r>
              <w:rPr>
                <w:b/>
                <w:i w:val="0"/>
              </w:rPr>
              <w:t>Examples you like — and ones you don't</w:t>
            </w:r>
          </w:p>
          <w:p>
            <w:pPr>
              <w:spacing w:after="40"/>
            </w:pPr>
            <w:r>
              <w:rPr>
                <w:b/>
                <w:i w:val="0"/>
                <w:color w:val="4B5563"/>
                <w:sz w:val="17"/>
              </w:rPr>
              <w:t xml:space="preserve">Tip: </w:t>
            </w:r>
            <w:r>
              <w:rPr>
                <w:b w:val="0"/>
                <w:i w:val="0"/>
                <w:color w:val="4B5563"/>
                <w:sz w:val="17"/>
              </w:rPr>
              <w:t>2–3 links of each, from any business or industry, with a few words on why. “It feels calm and simple” helps more than “I like it”.</w:t>
            </w:r>
          </w:p>
        </w:tc>
        <w:tc>
          <w:tcPr>
            <w:tcW w:type="dxa" w:w="6123"/>
          </w:tcPr>
          <w:p>
            <w:pPr>
              <w:spacing w:after="200"/>
            </w:pPr>
            <w:r/>
            <w:r>
              <w:rPr>
                <w:b/>
                <w:i w:val="0"/>
                <w:color w:val="4B5563"/>
                <w:sz w:val="18"/>
              </w:rPr>
              <w:t>Like:</w:t>
            </w:r>
          </w:p>
          <w:p>
            <w:pPr>
              <w:spacing w:after="200"/>
            </w:pPr>
            <w:r>
              <w:rPr>
                <w:b/>
                <w:i w:val="0"/>
                <w:color w:val="4B5563"/>
                <w:sz w:val="18"/>
              </w:rPr>
              <w:t>Don't like:</w:t>
            </w:r>
          </w:p>
        </w:tc>
      </w:tr>
      <w:tr>
        <w:trPr>
          <w:trHeight w:val="1474" w:hRule="atLeast"/>
          <w:cantSplit/>
        </w:trPr>
        <w:tc>
          <w:tcPr>
            <w:tcW w:type="dxa" w:w="3515"/>
          </w:tcPr>
          <w:p>
            <w:pPr>
              <w:spacing w:after="60"/>
            </w:pPr>
            <w:r/>
            <w:r>
              <w:rPr>
                <w:b/>
                <w:i w:val="0"/>
              </w:rPr>
              <w:t xml:space="preserve">8. </w:t>
            </w:r>
            <w:r>
              <w:rPr>
                <w:b/>
                <w:i w:val="0"/>
              </w:rPr>
              <w:t>Anything that must be included, or must be avoided?</w:t>
            </w:r>
          </w:p>
          <w:p>
            <w:pPr>
              <w:spacing w:after="40"/>
            </w:pPr>
            <w:r>
              <w:rPr>
                <w:b/>
                <w:i w:val="0"/>
                <w:color w:val="4B5563"/>
                <w:sz w:val="17"/>
              </w:rPr>
              <w:t xml:space="preserve">Tip: </w:t>
            </w:r>
            <w:r>
              <w:rPr>
                <w:b w:val="0"/>
                <w:i w:val="0"/>
                <w:color w:val="4B5563"/>
                <w:sz w:val="17"/>
              </w:rPr>
              <w:t>E.g. phone number, licence number, opening hours, a slogan — or a colour, word or image you never want to see.</w:t>
            </w:r>
          </w:p>
        </w:tc>
        <w:tc>
          <w:tcPr>
            <w:tcW w:type="dxa" w:w="6123"/>
          </w:tcPr>
          <w:p>
            <w:pPr>
              <w:spacing w:after="200"/>
            </w:pPr>
            <w:r/>
            <w:r>
              <w:rPr>
                <w:b/>
                <w:i w:val="0"/>
                <w:color w:val="4B5563"/>
                <w:sz w:val="18"/>
              </w:rPr>
              <w:t>Must include:</w:t>
            </w:r>
          </w:p>
          <w:p>
            <w:pPr>
              <w:spacing w:after="200"/>
            </w:pPr>
            <w:r>
              <w:rPr>
                <w:b/>
                <w:i w:val="0"/>
                <w:color w:val="4B5563"/>
                <w:sz w:val="18"/>
              </w:rPr>
              <w:t>Avoid:</w:t>
            </w:r>
          </w:p>
        </w:tc>
      </w:tr>
    </w:tbl>
    <w:p>
      <w:pPr>
        <w:spacing w:before="0" w:after="0" w:line="200" w:lineRule="exact"/>
      </w:pPr>
    </w:p>
    <w:tbl>
      <w:tblPr>
        <w:tblW w:w="9638" w:type="dxa"/>
        <w:tblBorders>
          <w:top w:val="nil"/>
          <w:left w:val="nil"/>
          <w:bottom w:val="nil"/>
          <w:right w:val="nil"/>
          <w:insideH w:val="nil"/>
          <w:insideV w:val="nil"/>
        </w:tblBorders>
        <w:tblLayout w:type="fixed"/>
        <w:tblLook w:firstColumn="1" w:firstRow="1" w:lastColumn="0" w:lastRow="0" w:noHBand="0" w:noVBand="1" w:val="04A0"/>
      </w:tblPr>
      <w:tblGrid>
        <w:gridCol w:w="9638"/>
      </w:tblGrid>
      <w:tr>
        <w:trPr>
          <w:cantSplit/>
        </w:trPr>
        <w:tc>
          <w:tcPr>
            <w:tcW w:type="dxa" w:w="9638"/>
            <w:shd w:val="clear" w:color="auto" w:fill="1F2937"/>
          </w:tcPr>
          <w:p>
            <w:pPr>
              <w:keepNext/>
              <w:spacing w:before="40" w:after="40"/>
            </w:pPr>
            <w:r>
              <w:rPr>
                <w:b/>
                <w:i w:val="0"/>
                <w:color w:val="FFFFFF"/>
                <w:sz w:val="21"/>
              </w:rPr>
              <w:t>Part 4 — Materials, files and use</w:t>
            </w:r>
          </w:p>
        </w:tc>
      </w:tr>
    </w:tbl>
    <w:tbl>
      <w:tblPr>
        <w:tblW w:w="9638" w:type="dxa"/>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Layout w:type="fixed"/>
        <w:tblLook w:firstColumn="1" w:firstRow="1" w:lastColumn="0" w:lastRow="0" w:noHBand="0" w:noVBand="1" w:val="04A0"/>
      </w:tblPr>
      <w:tblGrid>
        <w:gridCol w:w="3515"/>
        <w:gridCol w:w="6123"/>
      </w:tblGrid>
      <w:tr>
        <w:trPr>
          <w:trHeight w:val="1247" w:hRule="atLeast"/>
          <w:cantSplit/>
        </w:trPr>
        <w:tc>
          <w:tcPr>
            <w:tcW w:type="dxa" w:w="3515"/>
          </w:tcPr>
          <w:p>
            <w:pPr>
              <w:spacing w:after="60"/>
            </w:pPr>
            <w:r/>
            <w:r>
              <w:rPr>
                <w:b/>
                <w:i w:val="0"/>
              </w:rPr>
              <w:t xml:space="preserve">9. </w:t>
            </w:r>
            <w:r>
              <w:rPr>
                <w:b/>
                <w:i w:val="0"/>
              </w:rPr>
              <w:t>Who supplies what, and by when?</w:t>
            </w:r>
          </w:p>
          <w:p>
            <w:pPr>
              <w:spacing w:after="40"/>
            </w:pPr>
            <w:r>
              <w:rPr>
                <w:b/>
                <w:i w:val="0"/>
                <w:color w:val="4B5563"/>
                <w:sz w:val="17"/>
              </w:rPr>
              <w:t xml:space="preserve">Tip: </w:t>
            </w:r>
            <w:r>
              <w:rPr>
                <w:b w:val="0"/>
                <w:i w:val="0"/>
                <w:color w:val="4B5563"/>
                <w:sz w:val="17"/>
              </w:rPr>
              <w:t>Some work can't start until these arrive, so a date for each one helps us plan.</w:t>
            </w:r>
          </w:p>
        </w:tc>
        <w:tc>
          <w:tcPr>
            <w:tcW w:type="dxa" w:w="6123"/>
          </w:tcPr>
          <w:p>
            <w:pPr>
              <w:tabs>
                <w:tab w:pos="2835" w:val="left"/>
                <w:tab w:pos="4195" w:val="left"/>
              </w:tabs>
              <w:spacing w:after="140"/>
            </w:pPr>
            <w:r/>
            <w:r>
              <w:rPr>
                <w:b/>
                <w:i w:val="0"/>
                <w:sz w:val="18"/>
              </w:rPr>
              <w:t>Wording / text</w:t>
            </w:r>
            <w:r>
              <w:rPr>
                <w:b w:val="0"/>
                <w:i w:val="0"/>
                <w:sz w:val="18"/>
              </w:rPr>
              <w:tab/>
              <w:t>☐ You send</w:t>
              <w:tab/>
              <w:t>☐ We create</w:t>
            </w:r>
          </w:p>
          <w:p>
            <w:pPr>
              <w:spacing w:after="140"/>
            </w:pPr>
            <w:r>
              <w:rPr>
                <w:b/>
                <w:i w:val="0"/>
                <w:color w:val="4B5563"/>
                <w:sz w:val="18"/>
              </w:rPr>
              <w:t xml:space="preserve">By: </w:t>
            </w:r>
          </w:p>
          <w:p>
            <w:pPr>
              <w:tabs>
                <w:tab w:pos="2835" w:val="left"/>
                <w:tab w:pos="4195" w:val="left"/>
              </w:tabs>
              <w:spacing w:after="140"/>
            </w:pPr>
            <w:r>
              <w:rPr>
                <w:b/>
                <w:i w:val="0"/>
                <w:sz w:val="18"/>
              </w:rPr>
              <w:t>Photos</w:t>
            </w:r>
            <w:r>
              <w:rPr>
                <w:b w:val="0"/>
                <w:i w:val="0"/>
                <w:sz w:val="18"/>
              </w:rPr>
              <w:tab/>
              <w:t>☐ You send</w:t>
              <w:tab/>
              <w:t>☐ We create</w:t>
            </w:r>
          </w:p>
          <w:p>
            <w:pPr>
              <w:spacing w:after="140"/>
            </w:pPr>
            <w:r>
              <w:rPr>
                <w:b/>
                <w:i w:val="0"/>
                <w:color w:val="4B5563"/>
                <w:sz w:val="18"/>
              </w:rPr>
              <w:t xml:space="preserve">By: </w:t>
            </w:r>
          </w:p>
          <w:p>
            <w:pPr>
              <w:tabs>
                <w:tab w:pos="2835" w:val="left"/>
                <w:tab w:pos="4195" w:val="left"/>
              </w:tabs>
              <w:spacing w:after="140"/>
            </w:pPr>
            <w:r>
              <w:rPr>
                <w:b/>
                <w:i w:val="0"/>
                <w:sz w:val="18"/>
              </w:rPr>
              <w:t>Logo files</w:t>
            </w:r>
            <w:r>
              <w:rPr>
                <w:b w:val="0"/>
                <w:i w:val="0"/>
                <w:sz w:val="18"/>
              </w:rPr>
              <w:tab/>
              <w:t>☐ You send</w:t>
              <w:tab/>
              <w:t>☐ We create</w:t>
            </w:r>
          </w:p>
          <w:p>
            <w:pPr>
              <w:spacing w:after="140"/>
            </w:pPr>
            <w:r>
              <w:rPr>
                <w:b/>
                <w:i w:val="0"/>
                <w:color w:val="4B5563"/>
                <w:sz w:val="18"/>
              </w:rPr>
              <w:t xml:space="preserve">By: </w:t>
            </w:r>
          </w:p>
          <w:p>
            <w:pPr>
              <w:tabs>
                <w:tab w:pos="2835" w:val="left"/>
                <w:tab w:pos="4195" w:val="left"/>
              </w:tabs>
              <w:spacing w:after="140"/>
            </w:pPr>
            <w:r>
              <w:rPr>
                <w:b/>
                <w:i w:val="0"/>
                <w:sz w:val="18"/>
              </w:rPr>
              <w:t>Logins (site, socials)</w:t>
            </w:r>
            <w:r>
              <w:rPr>
                <w:b w:val="0"/>
                <w:i w:val="0"/>
                <w:sz w:val="18"/>
              </w:rPr>
              <w:tab/>
              <w:t>☐ You send</w:t>
              <w:tab/>
              <w:t>☐ We create</w:t>
            </w:r>
          </w:p>
          <w:p>
            <w:pPr>
              <w:spacing w:after="140"/>
            </w:pPr>
            <w:r>
              <w:rPr>
                <w:b/>
                <w:i w:val="0"/>
                <w:color w:val="4B5563"/>
                <w:sz w:val="18"/>
              </w:rPr>
              <w:t xml:space="preserve">By: </w:t>
            </w:r>
          </w:p>
          <w:p>
            <w:pPr>
              <w:tabs>
                <w:tab w:pos="2835" w:val="left"/>
                <w:tab w:pos="4195" w:val="left"/>
              </w:tabs>
              <w:spacing w:after="140"/>
            </w:pPr>
            <w:r>
              <w:rPr>
                <w:b/>
                <w:i w:val="0"/>
                <w:sz w:val="18"/>
              </w:rPr>
              <w:t>Other:</w:t>
            </w:r>
            <w:r>
              <w:rPr>
                <w:b w:val="0"/>
                <w:i w:val="0"/>
                <w:sz w:val="18"/>
              </w:rPr>
              <w:tab/>
              <w:t>☐ You send</w:t>
              <w:tab/>
              <w:t>☐ We create</w:t>
            </w:r>
          </w:p>
          <w:p>
            <w:pPr>
              <w:spacing w:after="140"/>
            </w:pPr>
            <w:r>
              <w:rPr>
                <w:b/>
                <w:i w:val="0"/>
                <w:color w:val="4B5563"/>
                <w:sz w:val="18"/>
              </w:rPr>
              <w:t xml:space="preserve">By: </w:t>
            </w:r>
          </w:p>
        </w:tc>
      </w:tr>
      <w:tr>
        <w:trPr>
          <w:trHeight w:val="1474" w:hRule="atLeast"/>
          <w:cantSplit/>
        </w:trPr>
        <w:tc>
          <w:tcPr>
            <w:tcW w:type="dxa" w:w="3515"/>
          </w:tcPr>
          <w:p>
            <w:pPr>
              <w:spacing w:after="60"/>
            </w:pPr>
            <w:r/>
            <w:r>
              <w:rPr>
                <w:b/>
                <w:i w:val="0"/>
              </w:rPr>
              <w:t xml:space="preserve">10. </w:t>
            </w:r>
            <w:r>
              <w:rPr>
                <w:b/>
                <w:i w:val="0"/>
              </w:rPr>
              <w:t>Where will it be used?</w:t>
            </w:r>
          </w:p>
          <w:p>
            <w:pPr>
              <w:spacing w:after="40"/>
            </w:pPr>
            <w:r>
              <w:rPr>
                <w:b/>
                <w:i w:val="0"/>
                <w:color w:val="4B5563"/>
                <w:sz w:val="17"/>
              </w:rPr>
              <w:t xml:space="preserve">Tip: </w:t>
            </w:r>
            <w:r>
              <w:rPr>
                <w:b w:val="0"/>
                <w:i w:val="0"/>
                <w:color w:val="4B5563"/>
                <w:sz w:val="17"/>
              </w:rPr>
              <w:t>List every place and size you know, e.g. “A5 flyer, shop window, Instagram”. This tells us which sizes and file types to deliver.</w:t>
            </w:r>
          </w:p>
        </w:tc>
        <w:tc>
          <w:tcPr>
            <w:tcW w:type="dxa" w:w="6123"/>
          </w:tcPr>
          <w:p>
            <w:pPr>
              <w:spacing w:after="40"/>
            </w:pPr>
            <w:r/>
            <w:r>
              <w:rPr>
                <w:b w:val="0"/>
                <w:i w:val="0"/>
              </w:rPr>
            </w:r>
          </w:p>
        </w:tc>
      </w:tr>
      <w:tr>
        <w:trPr>
          <w:trHeight w:val="2154" w:hRule="atLeast"/>
          <w:cantSplit/>
        </w:trPr>
        <w:tc>
          <w:tcPr>
            <w:tcW w:type="dxa" w:w="3515"/>
          </w:tcPr>
          <w:p>
            <w:pPr>
              <w:spacing w:after="60"/>
            </w:pPr>
            <w:r/>
            <w:r>
              <w:rPr>
                <w:b/>
                <w:i w:val="0"/>
              </w:rPr>
              <w:t xml:space="preserve">11. </w:t>
            </w:r>
            <w:r>
              <w:rPr>
                <w:b/>
                <w:i w:val="0"/>
              </w:rPr>
              <w:t>Which files do you need at the end?</w:t>
            </w:r>
          </w:p>
          <w:p>
            <w:pPr>
              <w:spacing w:after="40"/>
            </w:pPr>
            <w:r>
              <w:rPr>
                <w:b/>
                <w:i w:val="0"/>
                <w:color w:val="4B5563"/>
                <w:sz w:val="17"/>
              </w:rPr>
              <w:t xml:space="preserve">Tip: </w:t>
            </w:r>
            <w:r>
              <w:rPr>
                <w:b w:val="0"/>
                <w:i w:val="0"/>
                <w:color w:val="4B5563"/>
                <w:sz w:val="17"/>
              </w:rPr>
              <w:t>Ready-to-use files (PDF, PNG, JPG) are for printing and posting. Editable files (e.g. Illustrator, Figma, Canva) let someone change the design later. Tell us now if you need them, as they can affect the quote.</w:t>
            </w:r>
          </w:p>
        </w:tc>
        <w:tc>
          <w:tcPr>
            <w:tcW w:type="dxa" w:w="6123"/>
          </w:tcPr>
          <w:p>
            <w:r/>
            <w:r>
              <w:rPr>
                <w:b w:val="0"/>
                <w:i w:val="0"/>
                <w:sz w:val="22"/>
              </w:rPr>
              <w:t xml:space="preserve">☐ </w:t>
            </w:r>
            <w:r>
              <w:rPr>
                <w:b w:val="0"/>
                <w:i w:val="0"/>
              </w:rPr>
              <w:t>Ready-to-use files only</w:t>
            </w:r>
          </w:p>
          <w:p>
            <w:r>
              <w:rPr>
                <w:b w:val="0"/>
                <w:i w:val="0"/>
                <w:sz w:val="22"/>
              </w:rPr>
              <w:t xml:space="preserve">☐ </w:t>
            </w:r>
            <w:r>
              <w:rPr>
                <w:b w:val="0"/>
                <w:i w:val="0"/>
              </w:rPr>
              <w:t>Ready-to-use and editable files</w:t>
            </w:r>
          </w:p>
          <w:p>
            <w:r>
              <w:rPr>
                <w:b w:val="0"/>
                <w:i w:val="0"/>
                <w:sz w:val="22"/>
              </w:rPr>
              <w:t xml:space="preserve">☐ </w:t>
            </w:r>
            <w:r>
              <w:rPr>
                <w:b w:val="0"/>
                <w:i w:val="0"/>
              </w:rPr>
              <w:t>Not sure</w:t>
            </w:r>
          </w:p>
          <w:p>
            <w:pPr>
              <w:spacing w:before="120"/>
            </w:pPr>
            <w:r>
              <w:rPr>
                <w:b/>
                <w:i w:val="0"/>
                <w:color w:val="4B5563"/>
                <w:sz w:val="18"/>
              </w:rPr>
              <w:t>Notes:</w:t>
            </w:r>
          </w:p>
        </w:tc>
      </w:tr>
      <w:tr>
        <w:trPr>
          <w:trHeight w:val="1701" w:hRule="atLeast"/>
          <w:cantSplit/>
        </w:trPr>
        <w:tc>
          <w:tcPr>
            <w:tcW w:type="dxa" w:w="3515"/>
          </w:tcPr>
          <w:p>
            <w:pPr>
              <w:spacing w:after="60"/>
            </w:pPr>
            <w:r/>
            <w:r>
              <w:rPr>
                <w:b/>
                <w:i w:val="0"/>
              </w:rPr>
              <w:t xml:space="preserve">12. </w:t>
            </w:r>
            <w:r>
              <w:rPr>
                <w:b/>
                <w:i w:val="0"/>
              </w:rPr>
              <w:t>How widely, and for how long, will you use it?</w:t>
            </w:r>
          </w:p>
          <w:p>
            <w:pPr>
              <w:spacing w:after="40"/>
            </w:pPr>
            <w:r>
              <w:rPr>
                <w:b/>
                <w:i w:val="0"/>
                <w:color w:val="4B5563"/>
                <w:sz w:val="17"/>
              </w:rPr>
              <w:t xml:space="preserve">Tip: </w:t>
            </w:r>
            <w:r>
              <w:rPr>
                <w:b w:val="0"/>
                <w:i w:val="0"/>
                <w:color w:val="4B5563"/>
                <w:sz w:val="17"/>
              </w:rPr>
              <w:t>E.g. “one shop, for the next year” or “all our locations, plus paid ads”. This affects which photos and fonts we can use.</w:t>
            </w:r>
          </w:p>
        </w:tc>
        <w:tc>
          <w:tcPr>
            <w:tcW w:type="dxa" w:w="6123"/>
          </w:tcPr>
          <w:p>
            <w:pPr>
              <w:spacing w:after="40"/>
            </w:pPr>
            <w:r/>
            <w:r>
              <w:rPr>
                <w:b w:val="0"/>
                <w:i w:val="0"/>
              </w:rPr>
            </w:r>
          </w:p>
        </w:tc>
      </w:tr>
    </w:tbl>
    <w:p>
      <w:pPr>
        <w:spacing w:before="0" w:after="0" w:line="200" w:lineRule="exact"/>
      </w:pPr>
    </w:p>
    <w:p>
      <w:r>
        <w:br w:type="page"/>
      </w:r>
    </w:p>
    <w:tbl>
      <w:tblPr>
        <w:tblW w:w="9638" w:type="dxa"/>
        <w:tblBorders>
          <w:top w:val="nil"/>
          <w:left w:val="nil"/>
          <w:bottom w:val="nil"/>
          <w:right w:val="nil"/>
          <w:insideH w:val="nil"/>
          <w:insideV w:val="nil"/>
        </w:tblBorders>
        <w:tblLayout w:type="fixed"/>
        <w:tblLook w:firstColumn="1" w:firstRow="1" w:lastColumn="0" w:lastRow="0" w:noHBand="0" w:noVBand="1" w:val="04A0"/>
      </w:tblPr>
      <w:tblGrid>
        <w:gridCol w:w="9638"/>
      </w:tblGrid>
      <w:tr>
        <w:trPr>
          <w:cantSplit/>
        </w:trPr>
        <w:tc>
          <w:tcPr>
            <w:tcW w:type="dxa" w:w="9638"/>
            <w:shd w:val="clear" w:color="auto" w:fill="1F2937"/>
          </w:tcPr>
          <w:p>
            <w:pPr>
              <w:keepNext/>
              <w:spacing w:before="40" w:after="40"/>
            </w:pPr>
            <w:r>
              <w:rPr>
                <w:b/>
                <w:i w:val="0"/>
                <w:color w:val="FFFFFF"/>
                <w:sz w:val="21"/>
              </w:rPr>
              <w:t>Part 5 — Timing, changes and budget</w:t>
            </w:r>
          </w:p>
        </w:tc>
      </w:tr>
    </w:tbl>
    <w:tbl>
      <w:tblPr>
        <w:tblW w:w="9638" w:type="dxa"/>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Layout w:type="fixed"/>
        <w:tblLook w:firstColumn="1" w:firstRow="1" w:lastColumn="0" w:lastRow="0" w:noHBand="0" w:noVBand="1" w:val="04A0"/>
      </w:tblPr>
      <w:tblGrid>
        <w:gridCol w:w="3515"/>
        <w:gridCol w:w="6123"/>
      </w:tblGrid>
      <w:tr>
        <w:trPr>
          <w:trHeight w:val="1474" w:hRule="atLeast"/>
          <w:cantSplit/>
        </w:trPr>
        <w:tc>
          <w:tcPr>
            <w:tcW w:type="dxa" w:w="3515"/>
          </w:tcPr>
          <w:p>
            <w:pPr>
              <w:spacing w:after="60"/>
            </w:pPr>
            <w:r/>
            <w:r>
              <w:rPr>
                <w:b/>
                <w:i w:val="0"/>
              </w:rPr>
              <w:t xml:space="preserve">13. </w:t>
            </w:r>
            <w:r>
              <w:rPr>
                <w:b/>
                <w:i w:val="0"/>
              </w:rPr>
              <w:t>Key dates, and what's happening on them</w:t>
            </w:r>
          </w:p>
          <w:p>
            <w:pPr>
              <w:spacing w:after="40"/>
            </w:pPr>
            <w:r>
              <w:rPr>
                <w:b/>
                <w:i w:val="0"/>
                <w:color w:val="4B5563"/>
                <w:sz w:val="17"/>
              </w:rPr>
              <w:t xml:space="preserve">Tip: </w:t>
            </w:r>
            <w:r>
              <w:rPr>
                <w:b w:val="0"/>
                <w:i w:val="0"/>
                <w:color w:val="4B5563"/>
                <w:sz w:val="17"/>
              </w:rPr>
              <w:t>Give the reason for each date, e.g. an opening, event or sale, and say whether it can move.</w:t>
            </w:r>
          </w:p>
        </w:tc>
        <w:tc>
          <w:tcPr>
            <w:tcW w:type="dxa" w:w="6123"/>
          </w:tcPr>
          <w:p>
            <w:pPr>
              <w:tabs>
                <w:tab w:pos="3628" w:val="left"/>
              </w:tabs>
              <w:spacing w:before="0"/>
            </w:pPr>
            <w:r/>
            <w:r>
              <w:rPr>
                <w:b/>
                <w:i w:val="0"/>
                <w:sz w:val="18"/>
              </w:rPr>
              <w:t xml:space="preserve">First look at a draft: </w:t>
            </w:r>
            <w:r>
              <w:rPr>
                <w:b w:val="0"/>
                <w:i w:val="0"/>
                <w:sz w:val="18"/>
              </w:rPr>
              <w:tab/>
              <w:t>Can it move?  ☐ Yes  ☐ No</w:t>
            </w:r>
          </w:p>
          <w:p>
            <w:pPr>
              <w:spacing w:after="80"/>
            </w:pPr>
            <w:r>
              <w:rPr>
                <w:b/>
                <w:i w:val="0"/>
                <w:color w:val="4B5563"/>
                <w:sz w:val="18"/>
              </w:rPr>
              <w:t xml:space="preserve">Why this date: </w:t>
            </w:r>
          </w:p>
          <w:p>
            <w:pPr>
              <w:tabs>
                <w:tab w:pos="3628" w:val="left"/>
              </w:tabs>
              <w:spacing w:before="120"/>
            </w:pPr>
            <w:r>
              <w:rPr>
                <w:b/>
                <w:i w:val="0"/>
                <w:sz w:val="18"/>
              </w:rPr>
              <w:t xml:space="preserve">Final OK: </w:t>
            </w:r>
            <w:r>
              <w:rPr>
                <w:b w:val="0"/>
                <w:i w:val="0"/>
                <w:sz w:val="18"/>
              </w:rPr>
              <w:tab/>
              <w:t>Can it move?  ☐ Yes  ☐ No</w:t>
            </w:r>
          </w:p>
          <w:p>
            <w:pPr>
              <w:spacing w:after="80"/>
            </w:pPr>
            <w:r>
              <w:rPr>
                <w:b/>
                <w:i w:val="0"/>
                <w:color w:val="4B5563"/>
                <w:sz w:val="18"/>
              </w:rPr>
              <w:t xml:space="preserve">Why this date: </w:t>
            </w:r>
          </w:p>
          <w:p>
            <w:pPr>
              <w:tabs>
                <w:tab w:pos="3628" w:val="left"/>
              </w:tabs>
              <w:spacing w:before="120"/>
            </w:pPr>
            <w:r>
              <w:rPr>
                <w:b/>
                <w:i w:val="0"/>
                <w:sz w:val="18"/>
              </w:rPr>
              <w:t xml:space="preserve">Goes live / goes to print: </w:t>
            </w:r>
            <w:r>
              <w:rPr>
                <w:b w:val="0"/>
                <w:i w:val="0"/>
                <w:sz w:val="18"/>
              </w:rPr>
              <w:tab/>
              <w:t>Can it move?  ☐ Yes  ☐ No</w:t>
            </w:r>
          </w:p>
          <w:p>
            <w:pPr>
              <w:spacing w:after="80"/>
            </w:pPr>
            <w:r>
              <w:rPr>
                <w:b/>
                <w:i w:val="0"/>
                <w:color w:val="4B5563"/>
                <w:sz w:val="18"/>
              </w:rPr>
              <w:t xml:space="preserve">Why this date: </w:t>
            </w:r>
          </w:p>
        </w:tc>
      </w:tr>
      <w:tr>
        <w:trPr>
          <w:trHeight w:val="1474" w:hRule="atLeast"/>
          <w:cantSplit/>
        </w:trPr>
        <w:tc>
          <w:tcPr>
            <w:tcW w:type="dxa" w:w="3515"/>
          </w:tcPr>
          <w:p>
            <w:pPr>
              <w:spacing w:after="60"/>
            </w:pPr>
            <w:r/>
            <w:r>
              <w:rPr>
                <w:b/>
                <w:i w:val="0"/>
              </w:rPr>
              <w:t xml:space="preserve">14. </w:t>
            </w:r>
            <w:r>
              <w:rPr>
                <w:b/>
                <w:i w:val="0"/>
              </w:rPr>
              <w:t>How many rounds of changes do you expect?</w:t>
            </w:r>
          </w:p>
          <w:p>
            <w:pPr>
              <w:spacing w:after="40"/>
            </w:pPr>
            <w:r>
              <w:rPr>
                <w:b/>
                <w:i w:val="0"/>
                <w:color w:val="4B5563"/>
                <w:sz w:val="17"/>
              </w:rPr>
              <w:t xml:space="preserve">Tip: </w:t>
            </w:r>
            <w:r>
              <w:rPr>
                <w:b w:val="0"/>
                <w:i w:val="0"/>
                <w:color w:val="4B5563"/>
                <w:sz w:val="17"/>
              </w:rPr>
              <w:t>One round = everyone's feedback, collected and sent in one go. We'll confirm how many rounds are included in the quote.</w:t>
            </w:r>
          </w:p>
        </w:tc>
        <w:tc>
          <w:tcPr>
            <w:tcW w:type="dxa" w:w="6123"/>
          </w:tcPr>
          <w:p>
            <w:r/>
            <w:r>
              <w:rPr>
                <w:b w:val="0"/>
                <w:i w:val="0"/>
                <w:sz w:val="22"/>
              </w:rPr>
              <w:t xml:space="preserve">☐ </w:t>
            </w:r>
            <w:r>
              <w:rPr>
                <w:b w:val="0"/>
                <w:i w:val="0"/>
              </w:rPr>
              <w:t xml:space="preserve">1     </w:t>
            </w:r>
            <w:r>
              <w:rPr>
                <w:b w:val="0"/>
                <w:i w:val="0"/>
                <w:sz w:val="22"/>
              </w:rPr>
              <w:t xml:space="preserve">☐ </w:t>
            </w:r>
            <w:r>
              <w:rPr>
                <w:b w:val="0"/>
                <w:i w:val="0"/>
              </w:rPr>
              <w:t xml:space="preserve">2     </w:t>
            </w:r>
            <w:r>
              <w:rPr>
                <w:b w:val="0"/>
                <w:i w:val="0"/>
                <w:sz w:val="22"/>
              </w:rPr>
              <w:t xml:space="preserve">☐ </w:t>
            </w:r>
            <w:r>
              <w:rPr>
                <w:b w:val="0"/>
                <w:i w:val="0"/>
              </w:rPr>
              <w:t xml:space="preserve">3     </w:t>
            </w:r>
            <w:r>
              <w:rPr>
                <w:b w:val="0"/>
                <w:i w:val="0"/>
                <w:sz w:val="22"/>
              </w:rPr>
              <w:t xml:space="preserve">☐ </w:t>
            </w:r>
            <w:r>
              <w:rPr>
                <w:b w:val="0"/>
                <w:i w:val="0"/>
              </w:rPr>
              <w:t>Not sure</w:t>
            </w:r>
          </w:p>
          <w:p>
            <w:pPr>
              <w:spacing w:before="120"/>
            </w:pPr>
            <w:r>
              <w:rPr>
                <w:b/>
                <w:i w:val="0"/>
                <w:color w:val="4B5563"/>
                <w:sz w:val="18"/>
              </w:rPr>
              <w:t>Notes:</w:t>
            </w:r>
          </w:p>
        </w:tc>
      </w:tr>
      <w:tr>
        <w:trPr>
          <w:trHeight w:val="1191" w:hRule="atLeast"/>
          <w:cantSplit/>
        </w:trPr>
        <w:tc>
          <w:tcPr>
            <w:tcW w:type="dxa" w:w="3515"/>
          </w:tcPr>
          <w:p>
            <w:pPr>
              <w:spacing w:after="60"/>
            </w:pPr>
            <w:r/>
            <w:r>
              <w:rPr>
                <w:b/>
                <w:i w:val="0"/>
              </w:rPr>
              <w:t xml:space="preserve">15. </w:t>
            </w:r>
            <w:r>
              <w:rPr>
                <w:b/>
                <w:i w:val="0"/>
              </w:rPr>
              <w:t>Budget range (optional)</w:t>
            </w:r>
          </w:p>
          <w:p>
            <w:pPr>
              <w:spacing w:after="40"/>
            </w:pPr>
            <w:r>
              <w:rPr>
                <w:b/>
                <w:i w:val="0"/>
                <w:color w:val="4B5563"/>
                <w:sz w:val="17"/>
              </w:rPr>
              <w:t xml:space="preserve">Tip: </w:t>
            </w:r>
            <w:r>
              <w:rPr>
                <w:b w:val="0"/>
                <w:i w:val="0"/>
                <w:color w:val="4B5563"/>
                <w:sz w:val="17"/>
              </w:rPr>
              <w:t>A rough range is fine. It helps us suggest options that fit, instead of quoting for something you didn't want.</w:t>
            </w:r>
          </w:p>
        </w:tc>
        <w:tc>
          <w:tcPr>
            <w:tcW w:type="dxa" w:w="6123"/>
          </w:tcPr>
          <w:p>
            <w:pPr>
              <w:spacing w:after="120"/>
            </w:pPr>
            <w:r/>
            <w:r>
              <w:rPr>
                <w:b/>
                <w:i w:val="0"/>
                <w:color w:val="4B5563"/>
                <w:sz w:val="18"/>
              </w:rPr>
              <w:t xml:space="preserve">From AUD $ </w:t>
            </w:r>
            <w:r>
              <w:rPr>
                <w:b w:val="0"/>
                <w:i w:val="0"/>
              </w:rPr>
              <w:t>____________</w:t>
            </w:r>
            <w:r>
              <w:rPr>
                <w:b/>
                <w:i w:val="0"/>
                <w:color w:val="4B5563"/>
                <w:sz w:val="18"/>
              </w:rPr>
              <w:t xml:space="preserve">   to AUD $ </w:t>
            </w:r>
            <w:r>
              <w:rPr>
                <w:b w:val="0"/>
                <w:i w:val="0"/>
              </w:rPr>
              <w:t>____________</w:t>
            </w:r>
          </w:p>
          <w:p>
            <w:r>
              <w:rPr>
                <w:b/>
                <w:i w:val="0"/>
                <w:color w:val="4B5563"/>
                <w:sz w:val="18"/>
              </w:rPr>
              <w:t xml:space="preserve">These amounts:   </w:t>
            </w:r>
            <w:r>
              <w:rPr>
                <w:b w:val="0"/>
                <w:i w:val="0"/>
                <w:sz w:val="22"/>
              </w:rPr>
              <w:t xml:space="preserve">☐ </w:t>
            </w:r>
            <w:r>
              <w:rPr>
                <w:b w:val="0"/>
                <w:i w:val="0"/>
              </w:rPr>
              <w:t xml:space="preserve">include GST     </w:t>
            </w:r>
            <w:r>
              <w:rPr>
                <w:b w:val="0"/>
                <w:i w:val="0"/>
                <w:sz w:val="22"/>
              </w:rPr>
              <w:t xml:space="preserve">☐ </w:t>
            </w:r>
            <w:r>
              <w:rPr>
                <w:b w:val="0"/>
                <w:i w:val="0"/>
              </w:rPr>
              <w:t xml:space="preserve">exclude GST     </w:t>
            </w:r>
            <w:r>
              <w:rPr>
                <w:b w:val="0"/>
                <w:i w:val="0"/>
                <w:sz w:val="22"/>
              </w:rPr>
              <w:t xml:space="preserve">☐ </w:t>
            </w:r>
            <w:r>
              <w:rPr>
                <w:b w:val="0"/>
                <w:i w:val="0"/>
              </w:rPr>
              <w:t>not sure</w:t>
            </w:r>
          </w:p>
        </w:tc>
      </w:tr>
    </w:tbl>
    <w:p>
      <w:pPr>
        <w:spacing w:before="0" w:after="0" w:line="200" w:lineRule="exact"/>
      </w:pPr>
    </w:p>
    <w:tbl>
      <w:tblPr>
        <w:tblW w:w="9638" w:type="dxa"/>
        <w:tblBorders>
          <w:top w:val="nil"/>
          <w:left w:val="nil"/>
          <w:bottom w:val="nil"/>
          <w:right w:val="nil"/>
          <w:insideH w:val="nil"/>
          <w:insideV w:val="nil"/>
        </w:tblBorders>
        <w:tblLayout w:type="fixed"/>
        <w:tblLook w:firstColumn="1" w:firstRow="1" w:lastColumn="0" w:lastRow="0" w:noHBand="0" w:noVBand="1" w:val="04A0"/>
      </w:tblPr>
      <w:tblGrid>
        <w:gridCol w:w="9638"/>
      </w:tblGrid>
      <w:tr>
        <w:trPr>
          <w:cantSplit/>
        </w:trPr>
        <w:tc>
          <w:tcPr>
            <w:tcW w:type="dxa" w:w="9638"/>
            <w:shd w:val="clear" w:color="auto" w:fill="1F2937"/>
          </w:tcPr>
          <w:p>
            <w:pPr>
              <w:keepNext/>
              <w:spacing w:before="40" w:after="40"/>
            </w:pPr>
            <w:r>
              <w:rPr>
                <w:b/>
                <w:i w:val="0"/>
                <w:color w:val="FFFFFF"/>
                <w:sz w:val="21"/>
              </w:rPr>
              <w:t>Part 6 — For [Your business name] to fill in</w:t>
            </w:r>
          </w:p>
        </w:tc>
      </w:tr>
    </w:tbl>
    <w:p>
      <w:pPr>
        <w:keepNext/>
        <w:spacing w:before="60" w:after="60"/>
      </w:pPr>
      <w:r>
        <w:rPr>
          <w:b w:val="0"/>
          <w:i/>
          <w:color w:val="4B5563"/>
          <w:sz w:val="17"/>
        </w:rPr>
        <w:t>Leave this part blank. We'll fill it in and send it back to you with the quote.</w:t>
      </w:r>
    </w:p>
    <w:tbl>
      <w:tblPr>
        <w:tblW w:w="9638" w:type="dxa"/>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Layout w:type="fixed"/>
        <w:tblLook w:firstColumn="1" w:firstRow="1" w:lastColumn="0" w:lastRow="0" w:noHBand="0" w:noVBand="1" w:val="04A0"/>
      </w:tblPr>
      <w:tblGrid>
        <w:gridCol w:w="3515"/>
        <w:gridCol w:w="6123"/>
      </w:tblGrid>
      <w:tr>
        <w:trPr>
          <w:trHeight w:val="1247" w:hRule="atLeast"/>
          <w:cantSplit/>
        </w:trPr>
        <w:tc>
          <w:tcPr>
            <w:tcW w:type="dxa" w:w="3515"/>
          </w:tcPr>
          <w:p>
            <w:r/>
            <w:r>
              <w:rPr>
                <w:b/>
                <w:i w:val="0"/>
              </w:rPr>
              <w:t xml:space="preserve">A. </w:t>
            </w:r>
            <w:r>
              <w:rPr>
                <w:b/>
                <w:i w:val="0"/>
              </w:rPr>
              <w:t>Questions we still have, and what we'll assume until you reply</w:t>
            </w:r>
          </w:p>
        </w:tc>
        <w:tc>
          <w:tcPr>
            <w:tcW w:type="dxa" w:w="6123"/>
          </w:tcPr>
          <w:p>
            <w:r/>
          </w:p>
        </w:tc>
      </w:tr>
      <w:tr>
        <w:trPr>
          <w:trHeight w:val="1247" w:hRule="atLeast"/>
          <w:cantSplit/>
        </w:trPr>
        <w:tc>
          <w:tcPr>
            <w:tcW w:type="dxa" w:w="3515"/>
          </w:tcPr>
          <w:p>
            <w:r/>
            <w:r>
              <w:rPr>
                <w:b/>
                <w:i w:val="0"/>
              </w:rPr>
              <w:t xml:space="preserve">B. </w:t>
            </w:r>
            <w:r>
              <w:rPr>
                <w:b/>
                <w:i w:val="0"/>
              </w:rPr>
              <w:t>Included, and not included</w:t>
            </w:r>
          </w:p>
        </w:tc>
        <w:tc>
          <w:tcPr>
            <w:tcW w:type="dxa" w:w="6123"/>
          </w:tcPr>
          <w:p>
            <w:pPr>
              <w:spacing w:after="200"/>
            </w:pPr>
            <w:r/>
            <w:r>
              <w:rPr>
                <w:b/>
                <w:i w:val="0"/>
                <w:color w:val="4B5563"/>
                <w:sz w:val="18"/>
              </w:rPr>
              <w:t>Rounds of changes included:</w:t>
            </w:r>
          </w:p>
          <w:p>
            <w:pPr>
              <w:spacing w:after="200"/>
            </w:pPr>
            <w:r>
              <w:rPr>
                <w:b/>
                <w:i w:val="0"/>
                <w:color w:val="4B5563"/>
                <w:sz w:val="18"/>
              </w:rPr>
              <w:t>Not included:</w:t>
            </w:r>
          </w:p>
        </w:tc>
      </w:tr>
    </w:tbl>
    <w:p>
      <w:pPr>
        <w:spacing w:before="0" w:after="0" w:line="200" w:lineRule="exact"/>
      </w:pPr>
    </w:p>
    <w:p>
      <w:r>
        <w:rPr>
          <w:b/>
          <w:i w:val="0"/>
        </w:rPr>
        <w:t>Thank you! Please email this back to [your email] by [date]. If it's easier, we can go through it together on a short call.</w:t>
      </w:r>
    </w:p>
    <w:sectPr w:rsidR="00FC693F" w:rsidRPr="0006063C" w:rsidSect="00034616">
      <w:footerReference w:type="default" r:id="rId9"/>
      <w:pgSz w:w="11906" w:h="16838"/>
      <w:pgMar w:top="850" w:right="1134" w:bottom="850" w:left="1134"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4B5563"/>
        <w:sz w:val="16"/>
      </w:rPr>
      <w:t xml:space="preserve">Creative brief  ·  page </w:t>
    </w:r>
    <w:r>
      <w:rPr>
        <w:color w:val="4B5563"/>
        <w:sz w:val="16"/>
      </w:rPr>
      <w:fldChar w:fldCharType="begin"/>
    </w:r>
    <w:r>
      <w:rPr>
        <w:color w:val="4B5563"/>
        <w:sz w:val="16"/>
      </w:rPr>
      <w:instrText xml:space="preserve">PAGE</w:instrText>
    </w:r>
    <w:r>
      <w:rPr>
        <w:color w:val="4B5563"/>
        <w:sz w:val="16"/>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compatibilityMode" w:uri="http://schemas.microsoft.com/office/word" w:val="15"/>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Arial" w:hAnsi="Arial" w:eastAsia="Arial"/>
      <w:color w:val="111827"/>
      <w:sz w:val="20"/>
      <w:lang w:val="en-AU"/>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Creative brief template — blank</dc:title>
  <dc:subject/>
  <dc:creator/>
  <cp:keywords/>
  <dc:description/>
  <cp:lastModifiedBy/>
  <cp:revision>1</cp:revision>
  <dcterms:created xsi:type="dcterms:W3CDTF">2013-12-23T23:15:00Z</dcterms:created>
  <dcterms:modified xsi:type="dcterms:W3CDTF">2013-12-23T23:15:00Z</dcterms:modified>
  <cp:category/>
  <dc:language>en-AU</dc:language>
</cp:coreProperties>
</file>