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B91C1C"/>
          </w:tcPr>
          <w:p>
            <w:pPr>
              <w:keepNext/>
              <w:spacing w:before="40" w:after="40"/>
            </w:pPr>
            <w:r>
              <w:rPr>
                <w:b/>
                <w:i w:val="0"/>
                <w:color w:val="FFFFFF"/>
                <w:sz w:val="18"/>
              </w:rPr>
              <w:t>This is a fictional example. The clinic, studio, people, website and numbers are made up to show how this might be filled in.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i w:val="0"/>
          <w:sz w:val="40"/>
        </w:rPr>
        <w:t>Website maintenance report</w:t>
      </w:r>
    </w:p>
    <w:p>
      <w:pPr>
        <w:spacing w:after="120"/>
      </w:pPr>
      <w:r>
        <w:rPr>
          <w:b w:val="0"/>
          <w:i w:val="0"/>
          <w:color w:val="4B5563"/>
          <w:sz w:val="22"/>
        </w:rPr>
        <w:t>What we did on your website this month, and anything we need from you</w:t>
      </w: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Website: </w:t>
            </w:r>
            <w:r>
              <w:rPr>
                <w:b w:val="0"/>
                <w:i w:val="0"/>
                <w:sz w:val="18"/>
              </w:rPr>
              <w:t>examplestreetphysio.example (fictional)</w:t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Month covered: </w:t>
            </w:r>
            <w:r>
              <w:rPr>
                <w:b w:val="0"/>
                <w:i w:val="0"/>
                <w:sz w:val="18"/>
              </w:rPr>
              <w:t>October 2026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Prepared by: </w:t>
            </w:r>
            <w:r>
              <w:rPr>
                <w:b w:val="0"/>
                <w:i w:val="0"/>
                <w:sz w:val="18"/>
              </w:rPr>
              <w:t>Chris Example, Example Design Studio</w:t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Sent on: </w:t>
            </w:r>
            <w:r>
              <w:rPr>
                <w:b w:val="0"/>
                <w:i w:val="0"/>
                <w:sz w:val="18"/>
              </w:rPr>
              <w:t>Wednesday 4 November 2026</w:t>
            </w:r>
          </w:p>
        </w:tc>
      </w:tr>
    </w:tbl>
    <w:p>
      <w:pPr>
        <w:spacing w:before="0" w:after="0" w:line="120" w:lineRule="exact"/>
      </w:pP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2608"/>
        <w:gridCol w:w="7030"/>
      </w:tblGrid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1. In short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Three lines at most. Lead with anything the client needs to act on.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b w:val="0"/>
                <w:i w:val="0"/>
                <w:sz w:val="18"/>
              </w:rPr>
              <w:t>•  Your site was up all month apart from two short outages at the hosting company (18 minutes in total).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•  All updates are done except the booking plugin, which we're testing first (details below).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•  We need one decision from you by Friday 13 November: the booking plugin licence (section 3).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2. What we did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Say what was checked and what was changed. If you held something back, say why and when it will be done.</w:t>
            </w:r>
          </w:p>
        </w:tc>
        <w:tc>
          <w:tcPr>
            <w:tcW w:type="dxa" w:w="7030"/>
          </w:tcPr>
          <w:p>
            <w:pPr>
              <w:spacing w:after="60"/>
            </w:pPr>
            <w:r/>
            <w:r>
              <w:rPr>
                <w:b/>
                <w:i w:val="0"/>
                <w:color w:val="4B5563"/>
                <w:sz w:val="17"/>
              </w:rPr>
              <w:t>Backups:</w:t>
            </w:r>
            <w:r>
              <w:rPr>
                <w:b w:val="0"/>
                <w:i w:val="0"/>
                <w:sz w:val="18"/>
              </w:rPr>
              <w:t xml:space="preserve"> Daily backups ran every day. Copies are kept away from your hosting. Latest one checked on Friday 30 October.</w:t>
            </w:r>
          </w:p>
          <w:p>
            <w:pPr>
              <w:spacing w:after="60"/>
            </w:pPr>
            <w:r>
              <w:rPr>
                <w:b/>
                <w:i w:val="0"/>
                <w:color w:val="4B5563"/>
                <w:sz w:val="17"/>
              </w:rPr>
              <w:t>Restore test:</w:t>
            </w:r>
            <w:r>
              <w:rPr>
                <w:b w:val="0"/>
                <w:i w:val="0"/>
                <w:sz w:val="18"/>
              </w:rPr>
              <w:t xml:space="preserve"> Every three months we restore a backup to a copy of the site. This quarter's test, on Tuesday 20 October, worked.</w:t>
            </w:r>
          </w:p>
          <w:p>
            <w:pPr>
              <w:spacing w:after="60"/>
            </w:pPr>
            <w:r>
              <w:rPr>
                <w:b/>
                <w:i w:val="0"/>
                <w:color w:val="4B5563"/>
                <w:sz w:val="17"/>
              </w:rPr>
              <w:t>Updates:</w:t>
            </w:r>
            <w:r>
              <w:rPr>
                <w:b w:val="0"/>
                <w:i w:val="0"/>
                <w:sz w:val="18"/>
              </w:rPr>
              <w:t xml:space="preserve"> WordPress core and 11 of 12 plugins updated on Tuesday 6 October. The booking plugin is held back: its new version changes the booking form, so we're testing it on a copy of the site first. We'll update it by Tuesday 10 November.</w:t>
            </w:r>
          </w:p>
          <w:p>
            <w:pPr>
              <w:spacing w:after="60"/>
            </w:pPr>
            <w:r>
              <w:rPr>
                <w:b/>
                <w:i w:val="0"/>
                <w:color w:val="4B5563"/>
                <w:sz w:val="17"/>
              </w:rPr>
              <w:t>Checks after updates:</w:t>
            </w:r>
            <w:r>
              <w:rPr>
                <w:b w:val="0"/>
                <w:i w:val="0"/>
                <w:sz w:val="18"/>
              </w:rPr>
              <w:t xml:space="preserve"> Home page, Services, Book online and Contact pages all checked on desktop and phone.</w:t>
            </w:r>
          </w:p>
          <w:p>
            <w:pPr>
              <w:spacing w:after="60"/>
            </w:pPr>
            <w:r>
              <w:rPr>
                <w:b/>
                <w:i w:val="0"/>
                <w:color w:val="4B5563"/>
                <w:sz w:val="17"/>
              </w:rPr>
              <w:t>Forms:</w:t>
            </w:r>
            <w:r>
              <w:rPr>
                <w:b w:val="0"/>
                <w:i w:val="0"/>
                <w:sz w:val="18"/>
              </w:rPr>
              <w:t xml:space="preserve"> Test enquiry sent through the contact form and the booking form on 6 October. Both arrived.</w:t>
            </w:r>
          </w:p>
          <w:p>
            <w:pPr>
              <w:spacing w:after="60"/>
            </w:pPr>
            <w:r>
              <w:rPr>
                <w:b/>
                <w:i w:val="0"/>
                <w:color w:val="4B5563"/>
                <w:sz w:val="17"/>
              </w:rPr>
              <w:t>Uptime:</w:t>
            </w:r>
            <w:r>
              <w:rPr>
                <w:b w:val="0"/>
                <w:i w:val="0"/>
                <w:sz w:val="18"/>
              </w:rPr>
              <w:t xml:space="preserve"> Two outages at the hosting company: 12 minutes on 14 October and 6 minutes on 22 October.</w:t>
            </w:r>
          </w:p>
          <w:p>
            <w:pPr>
              <w:spacing w:after="60"/>
            </w:pPr>
            <w:r>
              <w:rPr>
                <w:b/>
                <w:i w:val="0"/>
                <w:color w:val="4B5563"/>
                <w:sz w:val="17"/>
              </w:rPr>
              <w:t>Broken links:</w:t>
            </w:r>
            <w:r>
              <w:rPr>
                <w:b w:val="0"/>
                <w:i w:val="0"/>
                <w:sz w:val="18"/>
              </w:rPr>
              <w:t xml:space="preserve"> One broken link on the Team page (a former staff member's profile). Removed.</w:t>
            </w:r>
          </w:p>
        </w:tc>
      </w:tr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3. Needs your decision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What, by when, and what happens if it's left. Leave prices to a separate quote.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b/>
                <w:i w:val="0"/>
              </w:rPr>
              <w:t xml:space="preserve">1. </w:t>
            </w:r>
            <w:r>
              <w:rPr>
                <w:b/>
                <w:i w:val="0"/>
                <w:sz w:val="18"/>
              </w:rPr>
              <w:t>The paid licence for the booking plugin renews on Monday 30 November. Shall we renew it in your name, as last year?</w:t>
            </w:r>
          </w:p>
          <w:p>
            <w:pPr>
              <w:spacing w:after="40"/>
            </w:pPr>
            <w:r>
              <w:rPr>
                <w:b/>
                <w:i w:val="0"/>
                <w:color w:val="4B5563"/>
                <w:sz w:val="17"/>
              </w:rPr>
              <w:t>Please let us know by:</w:t>
            </w:r>
            <w:r>
              <w:rPr>
                <w:b w:val="0"/>
                <w:i w:val="0"/>
                <w:sz w:val="18"/>
              </w:rPr>
              <w:t xml:space="preserve"> Friday 13 November 2026</w:t>
            </w:r>
          </w:p>
          <w:p>
            <w:pPr>
              <w:spacing w:after="40"/>
            </w:pPr>
            <w:r>
              <w:rPr>
                <w:b/>
                <w:i w:val="0"/>
                <w:color w:val="4B5563"/>
                <w:sz w:val="17"/>
              </w:rPr>
              <w:t>If it's left:</w:t>
            </w:r>
            <w:r>
              <w:rPr>
                <w:b w:val="0"/>
                <w:i w:val="0"/>
                <w:sz w:val="18"/>
              </w:rPr>
              <w:t xml:space="preserve"> If it lapses, the plugin stops getting updates, and we'd need to look at a replacement.</w:t>
            </w:r>
          </w:p>
        </w:tc>
      </w:tr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4. Changes you asked for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Small changes included in the plan, and anything that sits outside it.</w:t>
            </w:r>
          </w:p>
        </w:tc>
        <w:tc>
          <w:tcPr>
            <w:tcW w:type="dxa" w:w="7030"/>
          </w:tcPr>
          <w:p>
            <w:pPr>
              <w:tabs>
                <w:tab w:pos="4082" w:val="left"/>
                <w:tab w:pos="5669" w:val="left"/>
              </w:tabs>
              <w:spacing w:after="40"/>
            </w:pPr>
            <w:r/>
            <w:r>
              <w:rPr>
                <w:b/>
                <w:i w:val="0"/>
                <w:color w:val="4B5563"/>
                <w:sz w:val="17"/>
              </w:rPr>
              <w:t>Request</w:t>
            </w:r>
            <w:r>
              <w:rPr>
                <w:b/>
                <w:i w:val="0"/>
                <w:color w:val="4B5563"/>
                <w:sz w:val="17"/>
              </w:rPr>
              <w:tab/>
              <w:t>Where it's up to</w:t>
            </w:r>
            <w:r>
              <w:rPr>
                <w:b/>
                <w:i w:val="0"/>
                <w:color w:val="4B5563"/>
                <w:sz w:val="17"/>
              </w:rPr>
              <w:tab/>
              <w:t>Plan</w:t>
            </w:r>
          </w:p>
          <w:p>
            <w:pPr>
              <w:tabs>
                <w:tab w:pos="4082" w:val="left"/>
                <w:tab w:pos="5669" w:val="left"/>
              </w:tabs>
              <w:spacing w:after="40"/>
            </w:pPr>
            <w:r>
              <w:rPr>
                <w:b w:val="0"/>
                <w:i w:val="0"/>
                <w:sz w:val="18"/>
              </w:rPr>
              <w:t>•  New opening hours for December on the Contact page</w:t>
            </w:r>
            <w:r>
              <w:rPr>
                <w:b w:val="0"/>
                <w:i w:val="0"/>
                <w:sz w:val="18"/>
              </w:rPr>
              <w:tab/>
              <w:t>Done 20 October</w:t>
            </w:r>
            <w:r>
              <w:rPr>
                <w:b w:val="0"/>
                <w:i w:val="0"/>
                <w:sz w:val="18"/>
              </w:rPr>
              <w:tab/>
              <w:t>Included</w:t>
            </w:r>
          </w:p>
          <w:p>
            <w:pPr>
              <w:tabs>
                <w:tab w:pos="4082" w:val="left"/>
                <w:tab w:pos="5669" w:val="left"/>
              </w:tabs>
              <w:spacing w:after="40"/>
            </w:pPr>
            <w:r>
              <w:rPr>
                <w:b w:val="0"/>
                <w:i w:val="0"/>
                <w:sz w:val="18"/>
              </w:rPr>
              <w:t>•  Swap the photo on the Pilates page</w:t>
            </w:r>
            <w:r>
              <w:rPr>
                <w:b w:val="0"/>
                <w:i w:val="0"/>
                <w:sz w:val="18"/>
              </w:rPr>
              <w:tab/>
              <w:t>Done 27 October</w:t>
            </w:r>
            <w:r>
              <w:rPr>
                <w:b w:val="0"/>
                <w:i w:val="0"/>
                <w:sz w:val="18"/>
              </w:rPr>
              <w:tab/>
              <w:t>Included</w:t>
            </w:r>
          </w:p>
          <w:p>
            <w:pPr>
              <w:tabs>
                <w:tab w:pos="4082" w:val="left"/>
                <w:tab w:pos="5669" w:val="left"/>
              </w:tabs>
              <w:spacing w:after="40"/>
            </w:pPr>
            <w:r>
              <w:rPr>
                <w:b w:val="0"/>
                <w:i w:val="0"/>
                <w:sz w:val="18"/>
              </w:rPr>
              <w:t>•  A new page for the Saturday Pilates classes</w:t>
            </w:r>
            <w:r>
              <w:rPr>
                <w:b w:val="0"/>
                <w:i w:val="0"/>
                <w:sz w:val="18"/>
              </w:rPr>
              <w:tab/>
              <w:t>Quote sent 28 October</w:t>
            </w:r>
            <w:r>
              <w:rPr>
                <w:b w:val="0"/>
                <w:i w:val="0"/>
                <w:sz w:val="18"/>
              </w:rPr>
              <w:tab/>
              <w:t>Outside the plan</w:t>
            </w:r>
          </w:p>
          <w:p>
            <w:pPr>
              <w:spacing w:before="60"/>
            </w:pPr>
            <w:r>
              <w:rPr>
                <w:b w:val="0"/>
                <w:i/>
                <w:sz w:val="17"/>
              </w:rPr>
              <w:t>Anything outside the plan gets a written quote first. We don't start until you've said yes.</w:t>
            </w:r>
          </w:p>
        </w:tc>
      </w:tr>
      <w:tr>
        <w:trPr>
          <w:trHeight w:val="833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5. Coming up next month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Anything the client will notice, or that needs them.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b w:val="0"/>
                <w:i w:val="0"/>
                <w:sz w:val="18"/>
              </w:rPr>
              <w:t>•  Booking plugin update by Tuesday 10 November, after testing.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•  Next backup restore test: January 2027. You won't notice anything.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•  Your domain renews in February 2027. We'll remind you in January.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i w:val="0"/>
        </w:rPr>
        <w:t>Any questions, reply to this email or give me a call.</w:t>
      </w:r>
    </w:p>
    <w:sectPr w:rsidR="00FC693F" w:rsidRPr="0006063C" w:rsidSect="00034616">
      <w:footerReference w:type="default" r:id="rId9"/>
      <w:pgSz w:w="11906" w:h="16838"/>
      <w:pgMar w:top="624" w:right="1134" w:bottom="680" w:left="113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B5563"/>
        <w:sz w:val="16"/>
      </w:rPr>
      <w:t xml:space="preserve">Website maintenance report  ·  page </w:t>
    </w:r>
    <w:r>
      <w:rPr>
        <w:color w:val="4B5563"/>
        <w:sz w:val="16"/>
      </w:rPr>
      <w:fldChar w:fldCharType="begin"/>
    </w:r>
    <w:r>
      <w:rPr>
        <w:color w:val="4B5563"/>
        <w:sz w:val="16"/>
      </w:rPr>
      <w:instrText xml:space="preserve">PAGE</w:instrText>
    </w:r>
    <w:r>
      <w:rPr>
        <w:color w:val="4B5563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11827"/>
      <w:sz w:val="19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maintenance report — fictional example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en-AU</dc:language>
</cp:coreProperties>
</file>